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הקשורות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על שגרת יום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ודיבור על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הרבה כיתות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אוכל ומדבר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עברית ומתמטיקה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השיעור מתחיל בשמונה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בהפסקה הוא אוכל ומדבר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(✏️)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כיתות.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וברורים הקשורים לבית הספר, שימוש נכון במילים מהשיעור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מכיר מילות יסוד כמו כיתה, מורה,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פרט מהטקסט – בשמונה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כותב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פשוטות על בית הספר והכיתה.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החדר שבו 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שמלמד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כתוב ללימוד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ריק לכתיבה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עיפרון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לבית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בלי 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לימוד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תלמידים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שעה מתחיל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הרבה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ומדבר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מלמד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 ומוזיקה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ומתמטיקה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יש שלושים 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מתחיל בעשר.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התלמיד כותב 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מורה לעברית ומורה למתמטיקה.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 __________ יש הרבה כיתות.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שלי יש שלושים 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לנו __________ לעברית ומורה למתמטיקה.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מתחיל בשמונה.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בהפסקה אני אוכל ומדבר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✏️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מה אתם אוהבים בבית הספר ומה קשה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מהשיעור הקשורות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מתחיל השיעור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אוהבים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