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בית הספר והכיתה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הקשורות לבית הספר ולכיתה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משפטים פשוטים על שגרת יום בבית הספר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ודיבור על בית הספר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שלושים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בשמונה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מילה לסמל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(🎒)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משפטים פשוטים וברורים הקשורים לבית הספר, שימוש נכון במילים מהשיעור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בדיקה שהתלמיד מכיר מילות יסוד כמו כיתה, מורה, 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בדיקה שהתלמיד זוכר פרט מהטקסט – בשמונה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בדיקה שהתלמיד כותב משפט פשוט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בקול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לחזור על המילים בקול רם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בגרסת החינוך המיוחד להשמיט את הפריטים המסומנים כ-skip_n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בית הספר והכיתה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נלמד מילים וביטויים הקשורים לבית הספר ולכיתה, כמו בטקסט שקראנו.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בכיתה  ·  הספר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תלמידים יש בכיתה שלו?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עשרים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שלושים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ארבעים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מתי מתחיל השיעור?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בשבע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בתשע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בכיתה יש שלושים תלמידים.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יש מורה לעברית ומורה למתמטיקה.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בבית __________ יש הרבה כיתות.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__________ שלי יש שלושים תלמידים.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מילה לסמל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מחברת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בבית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הספר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שלושה משפטים: מה אתם אוהבים בבית הספר ומה קשה לכם?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שתי מילים מהשיעור הקשורות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מתי מתחיל השיעור בטקסט?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בית הספר והכיתה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